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A5E" w:rsidRDefault="00251A5E">
      <w:pPr>
        <w:spacing w:before="100"/>
        <w:jc w:val="center"/>
        <w:rPr>
          <w:b/>
          <w:sz w:val="22"/>
        </w:rPr>
      </w:pPr>
    </w:p>
    <w:p w:rsidR="008159E0" w:rsidRDefault="00B05967">
      <w:pPr>
        <w:spacing w:before="100"/>
        <w:jc w:val="center"/>
      </w:pPr>
      <w:r>
        <w:rPr>
          <w:b/>
          <w:sz w:val="22"/>
        </w:rPr>
        <w:t>EDITAL Nº 15/2026 DG-SOB/SOBRAL-IFCE</w:t>
      </w:r>
    </w:p>
    <w:p w:rsidR="008159E0" w:rsidRDefault="00B05967">
      <w:pPr>
        <w:jc w:val="center"/>
      </w:pPr>
      <w:r>
        <w:rPr>
          <w:b/>
          <w:sz w:val="22"/>
        </w:rPr>
        <w:t>COMPETIÇÃO DE ROBÓTICA – SEGUIDOR DE LINHA</w:t>
      </w:r>
    </w:p>
    <w:p w:rsidR="008159E0" w:rsidRDefault="00B05967">
      <w:pPr>
        <w:jc w:val="center"/>
      </w:pPr>
      <w:r>
        <w:rPr>
          <w:b/>
          <w:sz w:val="22"/>
        </w:rPr>
        <w:t xml:space="preserve">EVENTO “CONNECT </w:t>
      </w:r>
      <w:r>
        <w:rPr>
          <w:b/>
          <w:sz w:val="22"/>
        </w:rPr>
        <w:t>VALLEY 2026”</w:t>
      </w:r>
    </w:p>
    <w:p w:rsidR="008159E0" w:rsidRDefault="00B05967">
      <w:pPr>
        <w:spacing w:before="240"/>
        <w:jc w:val="center"/>
      </w:pPr>
      <w:r>
        <w:rPr>
          <w:b/>
          <w:sz w:val="22"/>
        </w:rPr>
        <w:t>ANEXO II – AUTORIZAÇÃO DO RESPONSÁVEL LEGAL PARA PARTICIPANTE MENOR DE 18 ANOS</w:t>
      </w:r>
    </w:p>
    <w:p w:rsidR="008159E0" w:rsidRDefault="00B05967">
      <w:pPr>
        <w:spacing w:before="240"/>
        <w:jc w:val="both"/>
      </w:pPr>
      <w:r>
        <w:t>Eu, ________________________________________________________________________, portador(a) do RG nº ______________________________ e CPF nº _________________________</w:t>
      </w:r>
      <w:r>
        <w:t>_____, na qualidade de responsável legal pelo(a) estudante ________________________________________________________________________, nascido(a) em ____/____/________, regularmente matriculado(a) na instituição de ensino ____________________________________</w:t>
      </w:r>
      <w:r>
        <w:t>________________________________________________, AUTORIZO sua participação na COMPETIÇÃO DE ROBÓTICA – SEGUIDOR DE LINHA, integrante da programação do evento “CONNECT VALLEY 2026”, promovida pelo Instituto Federal de Educação, Ciência e Tecnologia do Cear</w:t>
      </w:r>
      <w:r>
        <w:t>á – IFCE Campus Sobral, nos dias 16 e 17 de outubro de 2026, no Centro de Convenções de Sobral – CE.</w:t>
      </w:r>
    </w:p>
    <w:p w:rsidR="008159E0" w:rsidRDefault="00B05967">
      <w:pPr>
        <w:jc w:val="both"/>
      </w:pPr>
      <w:r>
        <w:t>Declaro estar ciente das condições de participação, das regras de segurança e do regulamento estabelecidos no Edital nº 15/2026 DG-SOB/SOBRAL-IFCE e em seu</w:t>
      </w:r>
      <w:r>
        <w:t xml:space="preserve"> Anexo I, responsabilizando-me pela presente autorização.</w:t>
      </w:r>
    </w:p>
    <w:p w:rsidR="008159E0" w:rsidRDefault="00B05967">
      <w:pPr>
        <w:jc w:val="both"/>
      </w:pPr>
      <w:r>
        <w:t xml:space="preserve">Autorizo, ainda, quando necessário para fins institucionais relacionados ao evento, o registro fotográfico e </w:t>
      </w:r>
      <w:bookmarkStart w:id="0" w:name="_GoBack"/>
      <w:bookmarkEnd w:id="0"/>
      <w:r>
        <w:t>audiovisual do(a) participante, observada a legislação aplicável à proteção de dados pess</w:t>
      </w:r>
      <w:r>
        <w:t>oais e ao uso de imagem.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8159E0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59E0" w:rsidRDefault="00B05967">
            <w:pPr>
              <w:spacing w:after="0"/>
            </w:pPr>
            <w:r>
              <w:t>Telefone do responsável: ________________________________</w:t>
            </w:r>
          </w:p>
        </w:tc>
      </w:tr>
      <w:tr w:rsidR="008159E0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59E0" w:rsidRDefault="00B05967">
            <w:pPr>
              <w:spacing w:after="0"/>
            </w:pPr>
            <w:r>
              <w:t>E-mail do responsável: ________________________________</w:t>
            </w:r>
          </w:p>
        </w:tc>
      </w:tr>
      <w:tr w:rsidR="008159E0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59E0" w:rsidRDefault="00B05967">
            <w:pPr>
              <w:spacing w:after="0"/>
            </w:pPr>
            <w:r>
              <w:t>Equipe: ________________________________</w:t>
            </w:r>
          </w:p>
        </w:tc>
      </w:tr>
    </w:tbl>
    <w:p w:rsidR="008159E0" w:rsidRDefault="00B05967">
      <w:pPr>
        <w:spacing w:before="360"/>
        <w:jc w:val="right"/>
      </w:pPr>
      <w:r>
        <w:t>Sobral - CE, ______ de __________________________ de 2026.</w:t>
      </w:r>
    </w:p>
    <w:p w:rsidR="008159E0" w:rsidRDefault="00B05967">
      <w:pPr>
        <w:spacing w:before="560"/>
        <w:jc w:val="center"/>
      </w:pPr>
      <w:r>
        <w:t>______________</w:t>
      </w:r>
      <w:r>
        <w:t>______________________________________________</w:t>
      </w:r>
      <w:r>
        <w:br/>
      </w:r>
      <w:r>
        <w:rPr>
          <w:b/>
        </w:rPr>
        <w:t>Assinatura do(a) responsável legal</w:t>
      </w:r>
    </w:p>
    <w:p w:rsidR="008159E0" w:rsidRDefault="00B05967">
      <w:pPr>
        <w:jc w:val="center"/>
      </w:pPr>
      <w:r>
        <w:t>Nome: ______________________________________________________</w:t>
      </w:r>
    </w:p>
    <w:p w:rsidR="008159E0" w:rsidRDefault="00B05967">
      <w:pPr>
        <w:jc w:val="center"/>
      </w:pPr>
      <w:r>
        <w:t>CPF: _______________________________________________________</w:t>
      </w:r>
    </w:p>
    <w:sectPr w:rsidR="008159E0" w:rsidSect="00034616">
      <w:headerReference w:type="default" r:id="rId8"/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967" w:rsidRDefault="00B05967">
      <w:pPr>
        <w:spacing w:after="0" w:line="240" w:lineRule="auto"/>
      </w:pPr>
      <w:r>
        <w:separator/>
      </w:r>
    </w:p>
  </w:endnote>
  <w:endnote w:type="continuationSeparator" w:id="0">
    <w:p w:rsidR="00B05967" w:rsidRDefault="00B0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9E0" w:rsidRDefault="00B05967">
    <w:pPr>
      <w:pStyle w:val="Rodap"/>
      <w:jc w:val="center"/>
    </w:pPr>
    <w:r>
      <w:rPr>
        <w:sz w:val="16"/>
      </w:rPr>
      <w:t>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967" w:rsidRDefault="00B05967">
      <w:pPr>
        <w:spacing w:after="0" w:line="240" w:lineRule="auto"/>
      </w:pPr>
      <w:r>
        <w:separator/>
      </w:r>
    </w:p>
  </w:footnote>
  <w:footnote w:type="continuationSeparator" w:id="0">
    <w:p w:rsidR="00B05967" w:rsidRDefault="00B05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A5E" w:rsidRDefault="00251A5E">
    <w:pPr>
      <w:pStyle w:val="Cabealho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1918335</wp:posOffset>
          </wp:positionH>
          <wp:positionV relativeFrom="paragraph">
            <wp:posOffset>-321310</wp:posOffset>
          </wp:positionV>
          <wp:extent cx="2486025" cy="702310"/>
          <wp:effectExtent l="0" t="0" r="9525" b="2540"/>
          <wp:wrapTight wrapText="bothSides">
            <wp:wrapPolygon edited="0">
              <wp:start x="21186" y="0"/>
              <wp:lineTo x="1324" y="0"/>
              <wp:lineTo x="0" y="586"/>
              <wp:lineTo x="166" y="19920"/>
              <wp:lineTo x="10262" y="21092"/>
              <wp:lineTo x="21186" y="21092"/>
              <wp:lineTo x="21517" y="21092"/>
              <wp:lineTo x="21517" y="0"/>
              <wp:lineTo x="21186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51A5E" w:rsidRDefault="00251A5E">
    <w:pPr>
      <w:pStyle w:val="Cabealho"/>
    </w:pPr>
  </w:p>
  <w:p w:rsidR="00251A5E" w:rsidRDefault="00251A5E" w:rsidP="00251A5E">
    <w:pPr>
      <w:pStyle w:val="Cabealho"/>
    </w:pPr>
  </w:p>
  <w:p w:rsidR="00251A5E" w:rsidRDefault="00251A5E" w:rsidP="00251A5E">
    <w:pPr>
      <w:spacing w:after="0" w:line="240" w:lineRule="auto"/>
      <w:jc w:val="center"/>
    </w:pPr>
    <w:r>
      <w:rPr>
        <w:b/>
        <w:sz w:val="20"/>
      </w:rPr>
      <w:t>INSTITUTO FEDERAL DE EDUCAÇÃO, CIÊNCIA E TECNOLOGIA DO CEARÁ</w:t>
    </w:r>
    <w:r>
      <w:rPr>
        <w:b/>
        <w:sz w:val="20"/>
      </w:rPr>
      <w:t>-CAMPUS SOBRAL</w:t>
    </w:r>
  </w:p>
  <w:p w:rsidR="00251A5E" w:rsidRDefault="00251A5E" w:rsidP="00251A5E">
    <w:pPr>
      <w:spacing w:after="0" w:line="240" w:lineRule="auto"/>
      <w:jc w:val="center"/>
    </w:pPr>
    <w:r>
      <w:rPr>
        <w:sz w:val="17"/>
      </w:rPr>
      <w:t xml:space="preserve">Av. Dr. Guarani, nº 317 - Bairro Derby Clube - CEP 62042-030 - </w:t>
    </w:r>
    <w:proofErr w:type="spellStart"/>
    <w:r>
      <w:rPr>
        <w:sz w:val="17"/>
      </w:rPr>
      <w:t>Sobral</w:t>
    </w:r>
    <w:proofErr w:type="spellEnd"/>
    <w:r>
      <w:rPr>
        <w:sz w:val="17"/>
      </w:rPr>
      <w:t xml:space="preserve"> - CE - </w:t>
    </w:r>
    <w:r w:rsidRPr="00251A5E">
      <w:rPr>
        <w:sz w:val="17"/>
      </w:rPr>
      <w:t>https://portal.ifce.edu.br/campus/sobral/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1A5E"/>
    <w:rsid w:val="0029639D"/>
    <w:rsid w:val="00326F90"/>
    <w:rsid w:val="008159E0"/>
    <w:rsid w:val="00AA1D8D"/>
    <w:rsid w:val="00B0596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49BFF"/>
  <w14:defaultImageDpi w14:val="300"/>
  <w15:docId w15:val="{AADD134E-4F80-4869-9314-E33DEA67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335A37-6569-439B-8EE8-47E6F3E9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IFCE</cp:lastModifiedBy>
  <cp:revision>2</cp:revision>
  <dcterms:created xsi:type="dcterms:W3CDTF">2013-12-23T23:15:00Z</dcterms:created>
  <dcterms:modified xsi:type="dcterms:W3CDTF">2026-09-16T17:38:00Z</dcterms:modified>
  <cp:category/>
</cp:coreProperties>
</file>