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0B9B"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0"/>
        </w:rPr>
        <w:t>INSTITUTO FEDERAL DE EDUCAÇÃO, CIÊNCIA E TECNOLOGIA DO CEARÁ</w:t>
      </w:r>
    </w:p>
    <w:p w14:paraId="4C193A56"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8"/>
        </w:rPr>
        <w:t>TERMO DE CIÊNCIA E AUTORIZAÇÃO DO RESPONSÁVEL LEGAL</w:t>
      </w:r>
    </w:p>
    <w:p w14:paraId="7EDFC6F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i/>
          <w:color w:val="000000" w:themeColor="text1"/>
        </w:rPr>
        <w:t>Participação de estudante menor de idade em projeto de extensão</w:t>
      </w:r>
    </w:p>
    <w:p w14:paraId="69E1B844"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ORIENTAÇÃO DE PREENCHIMENTO: preencher um termo para cada estudante e completar todos os campos antes da assinatura.</w:t>
      </w:r>
    </w:p>
    <w:p w14:paraId="1366F953"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Projeto de extensão: </w:t>
      </w:r>
      <w:r w:rsidRPr="00F726C5">
        <w:rPr>
          <w:rFonts w:ascii="Times New Roman" w:hAnsi="Times New Roman" w:cs="Times New Roman"/>
          <w:color w:val="000000" w:themeColor="text1"/>
        </w:rPr>
        <w:t>[NOME DO PROJETO]</w:t>
      </w:r>
    </w:p>
    <w:p w14:paraId="707798DA"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Campus: </w:t>
      </w:r>
      <w:r w:rsidRPr="00F726C5">
        <w:rPr>
          <w:rFonts w:ascii="Times New Roman" w:hAnsi="Times New Roman" w:cs="Times New Roman"/>
          <w:color w:val="000000" w:themeColor="text1"/>
        </w:rPr>
        <w:t>[CAMPUS]</w:t>
      </w:r>
    </w:p>
    <w:p w14:paraId="372FC9C6"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Coordenador(a) do projeto: </w:t>
      </w:r>
      <w:r w:rsidRPr="00F726C5">
        <w:rPr>
          <w:rFonts w:ascii="Times New Roman" w:hAnsi="Times New Roman" w:cs="Times New Roman"/>
          <w:color w:val="000000" w:themeColor="text1"/>
        </w:rPr>
        <w:t>[NOME]</w:t>
      </w:r>
    </w:p>
    <w:p w14:paraId="3F5C7E08"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Estudante: </w:t>
      </w:r>
      <w:r w:rsidRPr="00F726C5">
        <w:rPr>
          <w:rFonts w:ascii="Times New Roman" w:hAnsi="Times New Roman" w:cs="Times New Roman"/>
          <w:color w:val="000000" w:themeColor="text1"/>
        </w:rPr>
        <w:t>[NOME COMPLETO]</w:t>
      </w:r>
    </w:p>
    <w:p w14:paraId="5A5BCF39"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Data de nascimento: </w:t>
      </w:r>
      <w:r w:rsidRPr="00F726C5">
        <w:rPr>
          <w:rFonts w:ascii="Times New Roman" w:hAnsi="Times New Roman" w:cs="Times New Roman"/>
          <w:color w:val="000000" w:themeColor="text1"/>
        </w:rPr>
        <w:t>[DD/MM/AAAA]</w:t>
      </w:r>
    </w:p>
    <w:p w14:paraId="0F29A124"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Idade: </w:t>
      </w:r>
      <w:r w:rsidRPr="00F726C5">
        <w:rPr>
          <w:rFonts w:ascii="Times New Roman" w:hAnsi="Times New Roman" w:cs="Times New Roman"/>
          <w:color w:val="000000" w:themeColor="text1"/>
        </w:rPr>
        <w:t>[IDADE] anos</w:t>
      </w:r>
    </w:p>
    <w:p w14:paraId="4B1796FA"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Curso/turma: </w:t>
      </w:r>
      <w:r w:rsidRPr="00F726C5">
        <w:rPr>
          <w:rFonts w:ascii="Times New Roman" w:hAnsi="Times New Roman" w:cs="Times New Roman"/>
          <w:color w:val="000000" w:themeColor="text1"/>
        </w:rPr>
        <w:t>[CURSO E TURMA]</w:t>
      </w:r>
    </w:p>
    <w:p w14:paraId="6307D7CC"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Período de vigência da bolsa: </w:t>
      </w:r>
      <w:r w:rsidRPr="00F726C5">
        <w:rPr>
          <w:rFonts w:ascii="Times New Roman" w:hAnsi="Times New Roman" w:cs="Times New Roman"/>
          <w:color w:val="000000" w:themeColor="text1"/>
        </w:rPr>
        <w:t>[DATA INICIAL] a [DATA FINAL]</w:t>
      </w:r>
    </w:p>
    <w:p w14:paraId="3EEEAB4A"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Carga horária: </w:t>
      </w:r>
      <w:r w:rsidRPr="00F726C5">
        <w:rPr>
          <w:rFonts w:ascii="Times New Roman" w:hAnsi="Times New Roman" w:cs="Times New Roman"/>
          <w:color w:val="000000" w:themeColor="text1"/>
        </w:rPr>
        <w:t>[____] horas semanais</w:t>
      </w:r>
    </w:p>
    <w:p w14:paraId="652E0B39"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1. Ciência, representação ou assistência e autorização</w:t>
      </w:r>
    </w:p>
    <w:p w14:paraId="327185A4"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Eu, [NOME DO(A) RESPONSÁVEL LEGAL], CPF nº [CPF], na condição de [PAI/MÃE/RESPONSÁVEL LEGAL] do(a) estudante acima identificado(a), declaro que recebi informações sobre o Projeto de Extensão [NOME DO PROJETO], sua finalidade, atividades, carga horária, horários habituais, locais de realização e período de execução.</w:t>
      </w:r>
    </w:p>
    <w:p w14:paraId="4820A8B0"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Na qualidade de responsável legal, atuando como [REPRESENTANTE LEGAL - quando o(a) estudante tiver menos de 16 anos / ASSISTENTE - quando o(a) estudante tiver entre 16 e 18 anos], autorizo e, quando cabível, assisto sua participação como bolsista do referido projeto, observada a compatibilidade entre as atividades da bolsa e sua jornada acadêmica regular.</w:t>
      </w:r>
    </w:p>
    <w:p w14:paraId="27F4460D"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2. Compromissos e condições</w:t>
      </w:r>
    </w:p>
    <w:p w14:paraId="61301997"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Declaro ciência de que as atividades possuem finalidade educativa e formativa, serão acompanhadas por servidor(a) integrante da equipe do projeto e poderão ser realizadas no campus nos dias, horários e locais previstos no Plano de Atividades.</w:t>
      </w:r>
    </w:p>
    <w:p w14:paraId="0D52B0E4"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Declaro ciência de que atividades externas, deslocamentos ou participação em eventos exigirão autorização específica prévia. Comprometo-me a manter atualizados os dados de contato e a comunicar à coordenação qualquer informação relevante à segurança, saúde ou disponibilidade do(a) estudante.</w:t>
      </w:r>
    </w:p>
    <w:p w14:paraId="3858D80C"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Telefone do(a) responsável: </w:t>
      </w:r>
      <w:r w:rsidRPr="00F726C5">
        <w:rPr>
          <w:rFonts w:ascii="Times New Roman" w:hAnsi="Times New Roman" w:cs="Times New Roman"/>
          <w:color w:val="000000" w:themeColor="text1"/>
        </w:rPr>
        <w:t>[DDD] [NÚMERO]</w:t>
      </w:r>
    </w:p>
    <w:p w14:paraId="43650732"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E-mail do(a) responsável: </w:t>
      </w:r>
      <w:r w:rsidRPr="00F726C5">
        <w:rPr>
          <w:rFonts w:ascii="Times New Roman" w:hAnsi="Times New Roman" w:cs="Times New Roman"/>
          <w:color w:val="000000" w:themeColor="text1"/>
        </w:rPr>
        <w:t>[E-MAIL]</w:t>
      </w:r>
    </w:p>
    <w:p w14:paraId="15D1E3E8"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[CIDADE], ____ de __________________ de ______.</w:t>
      </w:r>
    </w:p>
    <w:p w14:paraId="3020ED7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7A437C58"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ASSINATURA DO(A) RESPONSÁVEL LEGAL</w:t>
      </w:r>
    </w:p>
    <w:p w14:paraId="0A06350E"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______________________________</w:t>
      </w:r>
    </w:p>
    <w:p w14:paraId="23D8FBCF" w14:textId="587A784B" w:rsidR="00B83BFC" w:rsidRPr="00F726C5" w:rsidRDefault="00000000" w:rsidP="008526A9">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ype="page"/>
      </w:r>
      <w:r w:rsidRPr="00F726C5">
        <w:rPr>
          <w:rFonts w:ascii="Times New Roman" w:hAnsi="Times New Roman" w:cs="Times New Roman"/>
          <w:b/>
          <w:color w:val="000000" w:themeColor="text1"/>
          <w:sz w:val="20"/>
        </w:rPr>
        <w:lastRenderedPageBreak/>
        <w:t>INSTITUTO FEDERAL DE EDUCAÇÃO, CIÊNCIA E TECNOLOGIA DO CEARÁ</w:t>
      </w:r>
    </w:p>
    <w:p w14:paraId="56410532"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8"/>
        </w:rPr>
        <w:t>TERMO DE AUTORIZAÇÃO DE USO DE IMAGEM, VOZ E NOME</w:t>
      </w:r>
    </w:p>
    <w:p w14:paraId="17713691"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i/>
          <w:color w:val="000000" w:themeColor="text1"/>
        </w:rPr>
        <w:t>Estudante menor de idade participante de projeto de extensão</w:t>
      </w:r>
    </w:p>
    <w:p w14:paraId="6D4725A0"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ORIENTAÇÃO DE PREENCHIMENTO: utilizar somente se houver captação ou divulgação de imagem, voz ou nome. A recusa não prejudica a participação no projeto nem o recebimento da bolsa.</w:t>
      </w:r>
    </w:p>
    <w:p w14:paraId="5D7B59DE"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Projeto de extensão: </w:t>
      </w:r>
      <w:r w:rsidRPr="00F726C5">
        <w:rPr>
          <w:rFonts w:ascii="Times New Roman" w:hAnsi="Times New Roman" w:cs="Times New Roman"/>
          <w:color w:val="000000" w:themeColor="text1"/>
        </w:rPr>
        <w:t>[NOME DO PROJETO]</w:t>
      </w:r>
    </w:p>
    <w:p w14:paraId="60338578"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Campus: </w:t>
      </w:r>
      <w:r w:rsidRPr="00F726C5">
        <w:rPr>
          <w:rFonts w:ascii="Times New Roman" w:hAnsi="Times New Roman" w:cs="Times New Roman"/>
          <w:color w:val="000000" w:themeColor="text1"/>
        </w:rPr>
        <w:t>[CAMPUS]</w:t>
      </w:r>
    </w:p>
    <w:p w14:paraId="3394350B"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Estudante: </w:t>
      </w:r>
      <w:r w:rsidRPr="00F726C5">
        <w:rPr>
          <w:rFonts w:ascii="Times New Roman" w:hAnsi="Times New Roman" w:cs="Times New Roman"/>
          <w:color w:val="000000" w:themeColor="text1"/>
        </w:rPr>
        <w:t>[NOME COMPLETO]</w:t>
      </w:r>
    </w:p>
    <w:p w14:paraId="57C3C8C7"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Data de nascimento: </w:t>
      </w:r>
      <w:r w:rsidRPr="00F726C5">
        <w:rPr>
          <w:rFonts w:ascii="Times New Roman" w:hAnsi="Times New Roman" w:cs="Times New Roman"/>
          <w:color w:val="000000" w:themeColor="text1"/>
        </w:rPr>
        <w:t>[DD/MM/AAAA]</w:t>
      </w:r>
    </w:p>
    <w:p w14:paraId="0CFA55B5"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Responsável legal: </w:t>
      </w:r>
      <w:r w:rsidRPr="00F726C5">
        <w:rPr>
          <w:rFonts w:ascii="Times New Roman" w:hAnsi="Times New Roman" w:cs="Times New Roman"/>
          <w:color w:val="000000" w:themeColor="text1"/>
        </w:rPr>
        <w:t>[NOME COMPLETO]</w:t>
      </w:r>
    </w:p>
    <w:p w14:paraId="7AB6CB4E"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1. Caráter facultativo e autorização</w:t>
      </w:r>
    </w:p>
    <w:p w14:paraId="51A26546"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A presente autorização é facultativa. Sua recusa, ausência ou revogação não impedirá a participação do(a) estudante no projeto nem o recebimento da bolsa.</w:t>
      </w:r>
    </w:p>
    <w:p w14:paraId="5E1404AC"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Eu, [NOME DO(A) RESPONSÁVEL LEGAL], CPF nº [CPF], na condição de [PAI/MÃE/RESPONSÁVEL LEGAL], autorizo o IFCE a captar e utilizar a imagem, a voz e o nome do(a) estudante acima identificado(a), sem ônus, para finalidades institucionais relacionadas ao Projeto de Extensão [NOME DO PROJETO].</w:t>
      </w:r>
    </w:p>
    <w:p w14:paraId="410416F2"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2. Finalidades e meios de divulgação</w:t>
      </w:r>
    </w:p>
    <w:p w14:paraId="54F1214C"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A autorização abrange registros fotográficos, audiovisuais e sonoros produzidos durante atividades do projeto, para divulgação de ações, notícias institucionais, relatórios, prestação de contas, materiais educativos, publicações científicas e canais oficiais do IFCE, tais como portal institucional, redes sociais e demais meios de comunicação institucionais.</w:t>
      </w:r>
    </w:p>
    <w:p w14:paraId="41974337"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3. Proteção e revogação</w:t>
      </w:r>
    </w:p>
    <w:p w14:paraId="62FA7051"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A utilização observará a finalidade institucional informada, a proteção da dignidade, da honra e da imagem do(a) estudante, seu melhor interesse e a legislação aplicável de proteção de dados pessoais. Esta autorização poderá ser revogada mediante solicitação formal do(a) responsável legal à coordenação do projeto, sem prejuízo da manutenção de materiais já publicados ou utilizados legitimamente antes do recebimento da solicitação, quando tecnicamente inviável sua retirada imediata ou quando houver obrigação legal de guarda.</w:t>
      </w:r>
    </w:p>
    <w:p w14:paraId="3CB3BD60"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[CIDADE], ____ de __________________ de ______.</w:t>
      </w:r>
    </w:p>
    <w:p w14:paraId="5674DF92"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5CB1B9C1"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ASSINATURA DO(A) RESPONSÁVEL LEGAL</w:t>
      </w:r>
    </w:p>
    <w:p w14:paraId="29301986"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______________________________</w:t>
      </w:r>
    </w:p>
    <w:p w14:paraId="354FFF8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590B7DD7"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CIÊNCIA/ASSENTIMENTO DO(A) ESTUDANTE</w:t>
      </w:r>
    </w:p>
    <w:p w14:paraId="28E79519"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lastRenderedPageBreak/>
        <w:t>Nome: ____________________________________  CPF: ______________________________</w:t>
      </w:r>
    </w:p>
    <w:p w14:paraId="574F9A73" w14:textId="77777777" w:rsidR="00B83BFC" w:rsidRPr="00F726C5" w:rsidRDefault="00000000">
      <w:pPr>
        <w:rPr>
          <w:rFonts w:ascii="Times New Roman" w:hAnsi="Times New Roman" w:cs="Times New Roman"/>
          <w:color w:val="000000" w:themeColor="text1"/>
        </w:rPr>
      </w:pPr>
      <w:r w:rsidRPr="00F726C5">
        <w:rPr>
          <w:rFonts w:ascii="Times New Roman" w:hAnsi="Times New Roman" w:cs="Times New Roman"/>
          <w:color w:val="000000" w:themeColor="text1"/>
        </w:rPr>
        <w:br w:type="page"/>
      </w:r>
    </w:p>
    <w:p w14:paraId="23E51ABA"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0"/>
        </w:rPr>
        <w:lastRenderedPageBreak/>
        <w:t>INSTITUTO FEDERAL DE EDUCAÇÃO, CIÊNCIA E TECNOLOGIA DO CEARÁ</w:t>
      </w:r>
    </w:p>
    <w:p w14:paraId="273F0918"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8"/>
        </w:rPr>
        <w:t>PLANO DE ATIVIDADES DO(A) BOLSISTA</w:t>
      </w:r>
    </w:p>
    <w:p w14:paraId="384CA80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i/>
          <w:color w:val="000000" w:themeColor="text1"/>
        </w:rPr>
        <w:t>Projeto de extensão - estudante menor de idade</w:t>
      </w:r>
    </w:p>
    <w:p w14:paraId="6FD7B564"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ORIENTAÇÃO DE PREENCHIMENTO: preencher e assinar antes do início das atividades. Atualizações relevantes de horários, locais ou atribuições devem ser registradas e comunicadas ao responsável legal.</w:t>
      </w:r>
    </w:p>
    <w:p w14:paraId="41569FC9"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Processo: </w:t>
      </w:r>
      <w:r w:rsidRPr="00F726C5">
        <w:rPr>
          <w:rFonts w:ascii="Times New Roman" w:hAnsi="Times New Roman" w:cs="Times New Roman"/>
          <w:color w:val="000000" w:themeColor="text1"/>
        </w:rPr>
        <w:t>23255.005979/2026-63</w:t>
      </w:r>
    </w:p>
    <w:p w14:paraId="333CAF92"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Projeto: </w:t>
      </w:r>
      <w:r w:rsidRPr="00F726C5">
        <w:rPr>
          <w:rFonts w:ascii="Times New Roman" w:hAnsi="Times New Roman" w:cs="Times New Roman"/>
          <w:color w:val="000000" w:themeColor="text1"/>
        </w:rPr>
        <w:t>[NOME DO PROJETO]</w:t>
      </w:r>
    </w:p>
    <w:p w14:paraId="3A284DCE"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Campus: </w:t>
      </w:r>
      <w:r w:rsidRPr="00F726C5">
        <w:rPr>
          <w:rFonts w:ascii="Times New Roman" w:hAnsi="Times New Roman" w:cs="Times New Roman"/>
          <w:color w:val="000000" w:themeColor="text1"/>
        </w:rPr>
        <w:t>[CAMPUS]</w:t>
      </w:r>
    </w:p>
    <w:p w14:paraId="373DA28A"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Vigência da bolsa: </w:t>
      </w:r>
      <w:r w:rsidRPr="00F726C5">
        <w:rPr>
          <w:rFonts w:ascii="Times New Roman" w:hAnsi="Times New Roman" w:cs="Times New Roman"/>
          <w:color w:val="000000" w:themeColor="text1"/>
        </w:rPr>
        <w:t>[DATA INICIAL] a [DATA FINAL]</w:t>
      </w:r>
    </w:p>
    <w:p w14:paraId="529165A4"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Estudante: </w:t>
      </w:r>
      <w:r w:rsidRPr="00F726C5">
        <w:rPr>
          <w:rFonts w:ascii="Times New Roman" w:hAnsi="Times New Roman" w:cs="Times New Roman"/>
          <w:color w:val="000000" w:themeColor="text1"/>
        </w:rPr>
        <w:t>[NOME COMPLETO]</w:t>
      </w:r>
    </w:p>
    <w:p w14:paraId="2EF538CB"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Data de nascimento/idade: </w:t>
      </w:r>
      <w:r w:rsidRPr="00F726C5">
        <w:rPr>
          <w:rFonts w:ascii="Times New Roman" w:hAnsi="Times New Roman" w:cs="Times New Roman"/>
          <w:color w:val="000000" w:themeColor="text1"/>
        </w:rPr>
        <w:t>[DD/MM/AAAA] - [IDADE] anos</w:t>
      </w:r>
    </w:p>
    <w:p w14:paraId="10909306"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Curso/turma: </w:t>
      </w:r>
      <w:r w:rsidRPr="00F726C5">
        <w:rPr>
          <w:rFonts w:ascii="Times New Roman" w:hAnsi="Times New Roman" w:cs="Times New Roman"/>
          <w:color w:val="000000" w:themeColor="text1"/>
        </w:rPr>
        <w:t>[CURSO/TURMA]</w:t>
      </w:r>
    </w:p>
    <w:p w14:paraId="15650767"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Coordenador(a): </w:t>
      </w:r>
      <w:r w:rsidRPr="00F726C5">
        <w:rPr>
          <w:rFonts w:ascii="Times New Roman" w:hAnsi="Times New Roman" w:cs="Times New Roman"/>
          <w:color w:val="000000" w:themeColor="text1"/>
        </w:rPr>
        <w:t>[NOME COMPLETO]</w:t>
      </w:r>
    </w:p>
    <w:p w14:paraId="5FD9B310"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1. Objetivo da participação e natureza formativa</w:t>
      </w:r>
    </w:p>
    <w:p w14:paraId="3DB752F1"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[Descrever, de forma objetiva, como as atividades contribuirão para a formação do(a) estudante e para a execução do projeto. Caso o(a) estudante tenha menos de 16 anos, certificar expressamente que as tarefas possuem natureza estritamente formativa e não produtiva, não substituindo mão de obra.]</w:t>
      </w:r>
    </w:p>
    <w:p w14:paraId="3CF5B122"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2. Atividades previstas</w:t>
      </w:r>
    </w:p>
    <w:p w14:paraId="38992711" w14:textId="77777777" w:rsidR="00B83BFC" w:rsidRPr="00616666" w:rsidRDefault="00000000">
      <w:pPr>
        <w:spacing w:after="100"/>
        <w:rPr>
          <w:rFonts w:ascii="Times New Roman" w:hAnsi="Times New Roman" w:cs="Times New Roman"/>
          <w:color w:val="000000" w:themeColor="text1"/>
        </w:rPr>
      </w:pPr>
      <w:r w:rsidRPr="00616666">
        <w:rPr>
          <w:rFonts w:ascii="Times New Roman" w:hAnsi="Times New Roman" w:cs="Times New Roman"/>
          <w:color w:val="000000" w:themeColor="text1"/>
        </w:rPr>
        <w:t xml:space="preserve">Nº | Atividade | Descrição/entrega esperada | Local | </w:t>
      </w:r>
      <w:proofErr w:type="spellStart"/>
      <w:r w:rsidRPr="00616666">
        <w:rPr>
          <w:rFonts w:ascii="Times New Roman" w:hAnsi="Times New Roman" w:cs="Times New Roman"/>
          <w:color w:val="000000" w:themeColor="text1"/>
        </w:rPr>
        <w:t>Servidor</w:t>
      </w:r>
      <w:proofErr w:type="spellEnd"/>
      <w:r w:rsidRPr="00616666">
        <w:rPr>
          <w:rFonts w:ascii="Times New Roman" w:hAnsi="Times New Roman" w:cs="Times New Roman"/>
          <w:color w:val="000000" w:themeColor="text1"/>
        </w:rPr>
        <w:t xml:space="preserve">(a) </w:t>
      </w:r>
      <w:proofErr w:type="spellStart"/>
      <w:r w:rsidRPr="00616666">
        <w:rPr>
          <w:rFonts w:ascii="Times New Roman" w:hAnsi="Times New Roman" w:cs="Times New Roman"/>
          <w:color w:val="000000" w:themeColor="text1"/>
        </w:rPr>
        <w:t>responsável</w:t>
      </w:r>
      <w:proofErr w:type="spellEnd"/>
      <w:r w:rsidRPr="00616666">
        <w:rPr>
          <w:rFonts w:ascii="Times New Roman" w:hAnsi="Times New Roman" w:cs="Times New Roman"/>
          <w:color w:val="000000" w:themeColor="text1"/>
        </w:rPr>
        <w:t xml:space="preserve"> </w:t>
      </w:r>
      <w:proofErr w:type="spellStart"/>
      <w:r w:rsidRPr="00616666">
        <w:rPr>
          <w:rFonts w:ascii="Times New Roman" w:hAnsi="Times New Roman" w:cs="Times New Roman"/>
          <w:color w:val="000000" w:themeColor="text1"/>
        </w:rPr>
        <w:t>pelo</w:t>
      </w:r>
      <w:proofErr w:type="spellEnd"/>
      <w:r w:rsidRPr="00616666">
        <w:rPr>
          <w:rFonts w:ascii="Times New Roman" w:hAnsi="Times New Roman" w:cs="Times New Roman"/>
          <w:color w:val="000000" w:themeColor="text1"/>
        </w:rPr>
        <w:t xml:space="preserve"> </w:t>
      </w:r>
      <w:proofErr w:type="spellStart"/>
      <w:r w:rsidRPr="00616666">
        <w:rPr>
          <w:rFonts w:ascii="Times New Roman" w:hAnsi="Times New Roman" w:cs="Times New Roman"/>
          <w:color w:val="000000" w:themeColor="text1"/>
        </w:rPr>
        <w:t>acompanhamento</w:t>
      </w:r>
      <w:proofErr w:type="spellEnd"/>
    </w:p>
    <w:tbl>
      <w:tblPr>
        <w:tblW w:w="10185" w:type="dxa"/>
        <w:tblCellMar>
          <w:left w:w="0" w:type="dxa"/>
          <w:right w:w="0" w:type="dxa"/>
        </w:tblCellMar>
        <w:tblLook w:val="04A0" w:firstRow="1" w:lastRow="0" w:firstColumn="1" w:lastColumn="0" w:noHBand="0" w:noVBand="1"/>
      </w:tblPr>
      <w:tblGrid>
        <w:gridCol w:w="570"/>
        <w:gridCol w:w="2310"/>
        <w:gridCol w:w="3336"/>
        <w:gridCol w:w="1701"/>
        <w:gridCol w:w="2268"/>
      </w:tblGrid>
      <w:tr w:rsidR="00616666" w:rsidRPr="00616666" w14:paraId="6CD92BA7" w14:textId="6D3DFB63" w:rsidTr="00616666">
        <w:tc>
          <w:tcPr>
            <w:tcW w:w="570" w:type="dxa"/>
            <w:tcBorders>
              <w:top w:val="single" w:sz="6" w:space="0" w:color="B7C7D6"/>
              <w:left w:val="single" w:sz="6" w:space="0" w:color="B7C7D6"/>
              <w:bottom w:val="single" w:sz="6" w:space="0" w:color="B7C7D6"/>
              <w:right w:val="single" w:sz="6" w:space="0" w:color="B7C7D6"/>
            </w:tcBorders>
            <w:shd w:val="clear" w:color="auto" w:fill="1F4E79"/>
            <w:tcMar>
              <w:top w:w="75" w:type="dxa"/>
              <w:left w:w="120" w:type="dxa"/>
              <w:bottom w:w="75" w:type="dxa"/>
              <w:right w:w="120" w:type="dxa"/>
            </w:tcMar>
            <w:hideMark/>
          </w:tcPr>
          <w:p w14:paraId="69FD12D0"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Nº</w:t>
            </w:r>
          </w:p>
        </w:tc>
        <w:tc>
          <w:tcPr>
            <w:tcW w:w="2310"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2CC7B10C"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Atividade</w:t>
            </w:r>
          </w:p>
        </w:tc>
        <w:tc>
          <w:tcPr>
            <w:tcW w:w="3336"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03DFDA07"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Descrição/entrega esperada</w:t>
            </w:r>
          </w:p>
        </w:tc>
        <w:tc>
          <w:tcPr>
            <w:tcW w:w="1701"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3DBBE8A7"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Local</w:t>
            </w:r>
          </w:p>
        </w:tc>
        <w:tc>
          <w:tcPr>
            <w:tcW w:w="2268" w:type="dxa"/>
            <w:tcBorders>
              <w:top w:val="single" w:sz="6" w:space="0" w:color="B7C7D6"/>
              <w:left w:val="nil"/>
              <w:bottom w:val="single" w:sz="6" w:space="0" w:color="B7C7D6"/>
              <w:right w:val="single" w:sz="6" w:space="0" w:color="B7C7D6"/>
            </w:tcBorders>
            <w:shd w:val="clear" w:color="auto" w:fill="1F4E79"/>
          </w:tcPr>
          <w:p w14:paraId="7DE1FF78" w14:textId="1BD73EB9" w:rsidR="00616666" w:rsidRPr="00616666" w:rsidRDefault="00616666" w:rsidP="00616666">
            <w:pPr>
              <w:spacing w:after="195" w:line="240" w:lineRule="auto"/>
              <w:jc w:val="center"/>
              <w:rPr>
                <w:rFonts w:ascii="Times New Roman" w:eastAsia="Times New Roman" w:hAnsi="Times New Roman" w:cs="Times New Roman"/>
                <w:b/>
                <w:bCs/>
                <w:color w:val="000000"/>
                <w:sz w:val="18"/>
                <w:szCs w:val="18"/>
                <w:lang w:val="pt-BR" w:eastAsia="pt-BR"/>
              </w:rPr>
            </w:pPr>
            <w:r w:rsidRPr="00616666">
              <w:rPr>
                <w:rFonts w:ascii="Times New Roman" w:eastAsia="Times New Roman" w:hAnsi="Times New Roman" w:cs="Times New Roman"/>
                <w:b/>
                <w:bCs/>
                <w:color w:val="000000"/>
                <w:sz w:val="18"/>
                <w:szCs w:val="18"/>
                <w:lang w:val="pt-BR" w:eastAsia="pt-BR"/>
              </w:rPr>
              <w:t>Servidor(a) responsável pelo acompanhamento</w:t>
            </w:r>
          </w:p>
        </w:tc>
      </w:tr>
      <w:tr w:rsidR="00616666" w:rsidRPr="00616666" w14:paraId="074EA72C" w14:textId="62129E32" w:rsidTr="00616666">
        <w:trPr>
          <w:trHeight w:val="480"/>
        </w:trPr>
        <w:tc>
          <w:tcPr>
            <w:tcW w:w="570"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626C8F77"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1</w:t>
            </w:r>
          </w:p>
        </w:tc>
        <w:tc>
          <w:tcPr>
            <w:tcW w:w="2310"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79C8B459"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[ATIVIDADE]</w:t>
            </w:r>
          </w:p>
        </w:tc>
        <w:tc>
          <w:tcPr>
            <w:tcW w:w="3336"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23BBBEA8"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[DESCRIÇÃO]</w:t>
            </w:r>
          </w:p>
        </w:tc>
        <w:tc>
          <w:tcPr>
            <w:tcW w:w="170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748E047A"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268" w:type="dxa"/>
            <w:tcBorders>
              <w:top w:val="nil"/>
              <w:left w:val="nil"/>
              <w:bottom w:val="single" w:sz="6" w:space="0" w:color="B7C7D6"/>
              <w:right w:val="single" w:sz="6" w:space="0" w:color="B7C7D6"/>
            </w:tcBorders>
          </w:tcPr>
          <w:p w14:paraId="7F4BCAE3" w14:textId="77777777" w:rsidR="00616666" w:rsidRPr="00616666" w:rsidRDefault="00616666" w:rsidP="00616666">
            <w:pPr>
              <w:spacing w:after="0" w:line="240" w:lineRule="auto"/>
              <w:rPr>
                <w:rFonts w:ascii="Times New Roman" w:eastAsia="Times New Roman" w:hAnsi="Times New Roman" w:cs="Times New Roman"/>
                <w:color w:val="000000"/>
                <w:sz w:val="18"/>
                <w:szCs w:val="18"/>
                <w:lang w:val="pt-BR" w:eastAsia="pt-BR"/>
              </w:rPr>
            </w:pPr>
          </w:p>
        </w:tc>
      </w:tr>
      <w:tr w:rsidR="00616666" w:rsidRPr="00616666" w14:paraId="6CBCEB3E" w14:textId="19B367CB" w:rsidTr="00616666">
        <w:trPr>
          <w:trHeight w:val="480"/>
        </w:trPr>
        <w:tc>
          <w:tcPr>
            <w:tcW w:w="570"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6F6FF75B"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2</w:t>
            </w:r>
          </w:p>
        </w:tc>
        <w:tc>
          <w:tcPr>
            <w:tcW w:w="2310"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35715CFD"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[ATIVIDADE]</w:t>
            </w:r>
          </w:p>
        </w:tc>
        <w:tc>
          <w:tcPr>
            <w:tcW w:w="3336"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5909245C"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[DESCRIÇÃO]</w:t>
            </w:r>
          </w:p>
        </w:tc>
        <w:tc>
          <w:tcPr>
            <w:tcW w:w="170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4EC4BE14"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268" w:type="dxa"/>
            <w:tcBorders>
              <w:top w:val="nil"/>
              <w:left w:val="nil"/>
              <w:bottom w:val="single" w:sz="6" w:space="0" w:color="B7C7D6"/>
              <w:right w:val="single" w:sz="6" w:space="0" w:color="B7C7D6"/>
            </w:tcBorders>
          </w:tcPr>
          <w:p w14:paraId="12A19E02" w14:textId="77777777" w:rsidR="00616666" w:rsidRPr="00616666" w:rsidRDefault="00616666" w:rsidP="00616666">
            <w:pPr>
              <w:spacing w:after="0" w:line="240" w:lineRule="auto"/>
              <w:rPr>
                <w:rFonts w:ascii="Times New Roman" w:eastAsia="Times New Roman" w:hAnsi="Times New Roman" w:cs="Times New Roman"/>
                <w:color w:val="000000"/>
                <w:sz w:val="18"/>
                <w:szCs w:val="18"/>
                <w:lang w:val="pt-BR" w:eastAsia="pt-BR"/>
              </w:rPr>
            </w:pPr>
          </w:p>
        </w:tc>
      </w:tr>
      <w:tr w:rsidR="00616666" w:rsidRPr="00616666" w14:paraId="0C246B97" w14:textId="5D375C3C" w:rsidTr="00616666">
        <w:trPr>
          <w:trHeight w:val="480"/>
        </w:trPr>
        <w:tc>
          <w:tcPr>
            <w:tcW w:w="570"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26998B88"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3</w:t>
            </w:r>
          </w:p>
        </w:tc>
        <w:tc>
          <w:tcPr>
            <w:tcW w:w="2310"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6B8AAA5C"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[ATIVIDADE]</w:t>
            </w:r>
          </w:p>
        </w:tc>
        <w:tc>
          <w:tcPr>
            <w:tcW w:w="3336"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41B66FFA"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[DESCRIÇÃO]</w:t>
            </w:r>
          </w:p>
        </w:tc>
        <w:tc>
          <w:tcPr>
            <w:tcW w:w="170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0EF29AAC"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268" w:type="dxa"/>
            <w:tcBorders>
              <w:top w:val="nil"/>
              <w:left w:val="nil"/>
              <w:bottom w:val="single" w:sz="6" w:space="0" w:color="B7C7D6"/>
              <w:right w:val="single" w:sz="6" w:space="0" w:color="B7C7D6"/>
            </w:tcBorders>
          </w:tcPr>
          <w:p w14:paraId="2FDA5BC4" w14:textId="77777777" w:rsidR="00616666" w:rsidRPr="00616666" w:rsidRDefault="00616666" w:rsidP="00616666">
            <w:pPr>
              <w:spacing w:after="0" w:line="240" w:lineRule="auto"/>
              <w:rPr>
                <w:rFonts w:ascii="Times New Roman" w:eastAsia="Times New Roman" w:hAnsi="Times New Roman" w:cs="Times New Roman"/>
                <w:color w:val="000000"/>
                <w:sz w:val="18"/>
                <w:szCs w:val="18"/>
                <w:lang w:val="pt-BR" w:eastAsia="pt-BR"/>
              </w:rPr>
            </w:pPr>
          </w:p>
        </w:tc>
      </w:tr>
      <w:tr w:rsidR="00616666" w:rsidRPr="00616666" w14:paraId="47942129" w14:textId="66FF2C3E" w:rsidTr="00616666">
        <w:trPr>
          <w:trHeight w:val="480"/>
        </w:trPr>
        <w:tc>
          <w:tcPr>
            <w:tcW w:w="570"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6C402EAF"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4</w:t>
            </w:r>
          </w:p>
        </w:tc>
        <w:tc>
          <w:tcPr>
            <w:tcW w:w="2310"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754BDD91"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[ATIVIDADE]</w:t>
            </w:r>
          </w:p>
        </w:tc>
        <w:tc>
          <w:tcPr>
            <w:tcW w:w="3336"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7A7FF663"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[DESCRIÇÃO]</w:t>
            </w:r>
          </w:p>
        </w:tc>
        <w:tc>
          <w:tcPr>
            <w:tcW w:w="170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1A1C37C4"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268" w:type="dxa"/>
            <w:tcBorders>
              <w:top w:val="nil"/>
              <w:left w:val="nil"/>
              <w:bottom w:val="single" w:sz="6" w:space="0" w:color="B7C7D6"/>
              <w:right w:val="single" w:sz="6" w:space="0" w:color="B7C7D6"/>
            </w:tcBorders>
          </w:tcPr>
          <w:p w14:paraId="66512FA5" w14:textId="77777777" w:rsidR="00616666" w:rsidRPr="00616666" w:rsidRDefault="00616666" w:rsidP="00616666">
            <w:pPr>
              <w:spacing w:after="0" w:line="240" w:lineRule="auto"/>
              <w:rPr>
                <w:rFonts w:ascii="Times New Roman" w:eastAsia="Times New Roman" w:hAnsi="Times New Roman" w:cs="Times New Roman"/>
                <w:color w:val="000000"/>
                <w:sz w:val="18"/>
                <w:szCs w:val="18"/>
                <w:lang w:val="pt-BR" w:eastAsia="pt-BR"/>
              </w:rPr>
            </w:pPr>
          </w:p>
        </w:tc>
      </w:tr>
    </w:tbl>
    <w:p w14:paraId="2151497F" w14:textId="77777777" w:rsidR="00B83BFC" w:rsidRPr="00616666" w:rsidRDefault="00000000">
      <w:pPr>
        <w:pStyle w:val="Ttulo2"/>
        <w:rPr>
          <w:rFonts w:ascii="Times New Roman" w:hAnsi="Times New Roman" w:cs="Times New Roman"/>
          <w:color w:val="000000" w:themeColor="text1"/>
        </w:rPr>
      </w:pPr>
      <w:r w:rsidRPr="00616666">
        <w:rPr>
          <w:rFonts w:ascii="Times New Roman" w:hAnsi="Times New Roman" w:cs="Times New Roman"/>
          <w:color w:val="000000" w:themeColor="text1"/>
        </w:rPr>
        <w:t>3. Carga horária, horários, locais e supervisão</w:t>
      </w:r>
    </w:p>
    <w:tbl>
      <w:tblPr>
        <w:tblW w:w="0" w:type="auto"/>
        <w:tblCellMar>
          <w:left w:w="0" w:type="dxa"/>
          <w:right w:w="0" w:type="dxa"/>
        </w:tblCellMar>
        <w:tblLook w:val="04A0" w:firstRow="1" w:lastRow="0" w:firstColumn="1" w:lastColumn="0" w:noHBand="0" w:noVBand="1"/>
      </w:tblPr>
      <w:tblGrid>
        <w:gridCol w:w="1554"/>
        <w:gridCol w:w="1535"/>
        <w:gridCol w:w="1532"/>
        <w:gridCol w:w="2771"/>
        <w:gridCol w:w="2784"/>
      </w:tblGrid>
      <w:tr w:rsidR="00616666" w:rsidRPr="00616666" w14:paraId="18933CD7" w14:textId="77777777" w:rsidTr="00616666">
        <w:tc>
          <w:tcPr>
            <w:tcW w:w="1554" w:type="dxa"/>
            <w:tcBorders>
              <w:top w:val="single" w:sz="6" w:space="0" w:color="B7C7D6"/>
              <w:left w:val="single" w:sz="6" w:space="0" w:color="B7C7D6"/>
              <w:bottom w:val="single" w:sz="6" w:space="0" w:color="B7C7D6"/>
              <w:right w:val="single" w:sz="6" w:space="0" w:color="B7C7D6"/>
            </w:tcBorders>
            <w:shd w:val="clear" w:color="auto" w:fill="1F4E79"/>
            <w:tcMar>
              <w:top w:w="75" w:type="dxa"/>
              <w:left w:w="120" w:type="dxa"/>
              <w:bottom w:w="75" w:type="dxa"/>
              <w:right w:w="120" w:type="dxa"/>
            </w:tcMar>
            <w:hideMark/>
          </w:tcPr>
          <w:p w14:paraId="346C7DD9"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Dia da semana</w:t>
            </w:r>
          </w:p>
        </w:tc>
        <w:tc>
          <w:tcPr>
            <w:tcW w:w="1535"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4124C4F9"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Horário</w:t>
            </w:r>
          </w:p>
        </w:tc>
        <w:tc>
          <w:tcPr>
            <w:tcW w:w="1532"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3AA567D0"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Carga horária</w:t>
            </w:r>
          </w:p>
        </w:tc>
        <w:tc>
          <w:tcPr>
            <w:tcW w:w="2771"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768C6ADB"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Local/ambiente</w:t>
            </w:r>
          </w:p>
        </w:tc>
        <w:tc>
          <w:tcPr>
            <w:tcW w:w="2784" w:type="dxa"/>
            <w:tcBorders>
              <w:top w:val="single" w:sz="6" w:space="0" w:color="B7C7D6"/>
              <w:left w:val="nil"/>
              <w:bottom w:val="single" w:sz="6" w:space="0" w:color="B7C7D6"/>
              <w:right w:val="single" w:sz="6" w:space="0" w:color="B7C7D6"/>
            </w:tcBorders>
            <w:shd w:val="clear" w:color="auto" w:fill="1F4E79"/>
            <w:tcMar>
              <w:top w:w="75" w:type="dxa"/>
              <w:left w:w="120" w:type="dxa"/>
              <w:bottom w:w="75" w:type="dxa"/>
              <w:right w:w="120" w:type="dxa"/>
            </w:tcMar>
            <w:hideMark/>
          </w:tcPr>
          <w:p w14:paraId="03EC3AAA" w14:textId="77777777" w:rsidR="00616666" w:rsidRPr="00616666" w:rsidRDefault="00616666" w:rsidP="00616666">
            <w:pPr>
              <w:spacing w:after="195" w:line="240" w:lineRule="auto"/>
              <w:jc w:val="center"/>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b/>
                <w:bCs/>
                <w:color w:val="000000"/>
                <w:sz w:val="18"/>
                <w:szCs w:val="18"/>
                <w:lang w:val="pt-BR" w:eastAsia="pt-BR"/>
              </w:rPr>
              <w:t>Responsável pelo acompanhamento</w:t>
            </w:r>
          </w:p>
        </w:tc>
      </w:tr>
      <w:tr w:rsidR="00616666" w:rsidRPr="00616666" w14:paraId="7D28F029" w14:textId="77777777" w:rsidTr="00616666">
        <w:trPr>
          <w:trHeight w:val="480"/>
        </w:trPr>
        <w:tc>
          <w:tcPr>
            <w:tcW w:w="1554"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6391B69B"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[DIA]</w:t>
            </w:r>
          </w:p>
        </w:tc>
        <w:tc>
          <w:tcPr>
            <w:tcW w:w="1535"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6817427B"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[INÍCIO - FIM]</w:t>
            </w:r>
          </w:p>
        </w:tc>
        <w:tc>
          <w:tcPr>
            <w:tcW w:w="1532"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5F5E5148"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[__h]</w:t>
            </w:r>
          </w:p>
        </w:tc>
        <w:tc>
          <w:tcPr>
            <w:tcW w:w="277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406126E0"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784"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6A1D328B"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[NOME]</w:t>
            </w:r>
          </w:p>
        </w:tc>
      </w:tr>
      <w:tr w:rsidR="00616666" w:rsidRPr="00616666" w14:paraId="650AB9C2" w14:textId="77777777" w:rsidTr="00616666">
        <w:trPr>
          <w:trHeight w:val="480"/>
        </w:trPr>
        <w:tc>
          <w:tcPr>
            <w:tcW w:w="1554"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269243CA"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[DIA]</w:t>
            </w:r>
          </w:p>
        </w:tc>
        <w:tc>
          <w:tcPr>
            <w:tcW w:w="1535"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543F6FA1"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[INÍCIO - FIM]</w:t>
            </w:r>
          </w:p>
        </w:tc>
        <w:tc>
          <w:tcPr>
            <w:tcW w:w="1532"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20AA45C3"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[__h]</w:t>
            </w:r>
          </w:p>
        </w:tc>
        <w:tc>
          <w:tcPr>
            <w:tcW w:w="277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3F430E40"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784"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0A8680E0"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[NOME]</w:t>
            </w:r>
          </w:p>
        </w:tc>
      </w:tr>
      <w:tr w:rsidR="00616666" w:rsidRPr="00616666" w14:paraId="1F144AAD" w14:textId="77777777" w:rsidTr="00616666">
        <w:trPr>
          <w:trHeight w:val="480"/>
        </w:trPr>
        <w:tc>
          <w:tcPr>
            <w:tcW w:w="1554"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67854401"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lastRenderedPageBreak/>
              <w:t>[DIA]</w:t>
            </w:r>
          </w:p>
        </w:tc>
        <w:tc>
          <w:tcPr>
            <w:tcW w:w="1535"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7E8ED637"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[INÍCIO - FIM]</w:t>
            </w:r>
          </w:p>
        </w:tc>
        <w:tc>
          <w:tcPr>
            <w:tcW w:w="1532"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48BD05D9"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[__h]</w:t>
            </w:r>
          </w:p>
        </w:tc>
        <w:tc>
          <w:tcPr>
            <w:tcW w:w="277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16963811"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[LOCAL]</w:t>
            </w:r>
          </w:p>
        </w:tc>
        <w:tc>
          <w:tcPr>
            <w:tcW w:w="2784"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1BF19CAD"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[NOME]</w:t>
            </w:r>
          </w:p>
        </w:tc>
      </w:tr>
      <w:tr w:rsidR="00616666" w:rsidRPr="00616666" w14:paraId="6A2868F3" w14:textId="77777777" w:rsidTr="00616666">
        <w:trPr>
          <w:trHeight w:val="480"/>
        </w:trPr>
        <w:tc>
          <w:tcPr>
            <w:tcW w:w="1554" w:type="dxa"/>
            <w:tcBorders>
              <w:top w:val="nil"/>
              <w:left w:val="single" w:sz="6" w:space="0" w:color="B7C7D6"/>
              <w:bottom w:val="single" w:sz="6" w:space="0" w:color="B7C7D6"/>
              <w:right w:val="single" w:sz="6" w:space="0" w:color="B7C7D6"/>
            </w:tcBorders>
            <w:tcMar>
              <w:top w:w="75" w:type="dxa"/>
              <w:left w:w="120" w:type="dxa"/>
              <w:bottom w:w="75" w:type="dxa"/>
              <w:right w:w="120" w:type="dxa"/>
            </w:tcMar>
            <w:vAlign w:val="center"/>
            <w:hideMark/>
          </w:tcPr>
          <w:p w14:paraId="6881A0AB"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TOTAL SEMANAL</w:t>
            </w:r>
          </w:p>
        </w:tc>
        <w:tc>
          <w:tcPr>
            <w:tcW w:w="1535"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4FFDA772"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p>
        </w:tc>
        <w:tc>
          <w:tcPr>
            <w:tcW w:w="1532"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510DACC2"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r w:rsidRPr="00616666">
              <w:rPr>
                <w:rFonts w:ascii="Times New Roman" w:eastAsia="Times New Roman" w:hAnsi="Times New Roman" w:cs="Times New Roman"/>
                <w:color w:val="000000"/>
                <w:sz w:val="18"/>
                <w:szCs w:val="18"/>
                <w:lang w:val="pt-BR" w:eastAsia="pt-BR"/>
              </w:rPr>
              <w:t>[__ horas]</w:t>
            </w:r>
          </w:p>
        </w:tc>
        <w:tc>
          <w:tcPr>
            <w:tcW w:w="2771"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14A98158"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p>
        </w:tc>
        <w:tc>
          <w:tcPr>
            <w:tcW w:w="2784" w:type="dxa"/>
            <w:tcBorders>
              <w:top w:val="nil"/>
              <w:left w:val="nil"/>
              <w:bottom w:val="single" w:sz="6" w:space="0" w:color="B7C7D6"/>
              <w:right w:val="single" w:sz="6" w:space="0" w:color="B7C7D6"/>
            </w:tcBorders>
            <w:tcMar>
              <w:top w:w="75" w:type="dxa"/>
              <w:left w:w="120" w:type="dxa"/>
              <w:bottom w:w="75" w:type="dxa"/>
              <w:right w:w="120" w:type="dxa"/>
            </w:tcMar>
            <w:vAlign w:val="center"/>
            <w:hideMark/>
          </w:tcPr>
          <w:p w14:paraId="45D3D1E7" w14:textId="77777777" w:rsidR="00616666" w:rsidRPr="00616666" w:rsidRDefault="00616666" w:rsidP="00616666">
            <w:pPr>
              <w:spacing w:after="0" w:line="240" w:lineRule="auto"/>
              <w:rPr>
                <w:rFonts w:ascii="Times New Roman" w:eastAsia="Times New Roman" w:hAnsi="Times New Roman" w:cs="Times New Roman"/>
                <w:sz w:val="24"/>
                <w:szCs w:val="24"/>
                <w:lang w:val="pt-BR" w:eastAsia="pt-BR"/>
              </w:rPr>
            </w:pPr>
          </w:p>
        </w:tc>
      </w:tr>
    </w:tbl>
    <w:p w14:paraId="3E27F1CA" w14:textId="77777777" w:rsidR="00616666" w:rsidRPr="00616666" w:rsidRDefault="00616666">
      <w:pPr>
        <w:spacing w:after="100"/>
        <w:rPr>
          <w:rFonts w:ascii="Times New Roman" w:hAnsi="Times New Roman" w:cs="Times New Roman"/>
          <w:color w:val="000000" w:themeColor="text1"/>
        </w:rPr>
      </w:pPr>
    </w:p>
    <w:p w14:paraId="77400C07" w14:textId="77777777" w:rsidR="00B83BFC" w:rsidRPr="00616666" w:rsidRDefault="00000000">
      <w:pPr>
        <w:pStyle w:val="Ttulo2"/>
        <w:rPr>
          <w:rFonts w:ascii="Times New Roman" w:hAnsi="Times New Roman" w:cs="Times New Roman"/>
          <w:color w:val="000000" w:themeColor="text1"/>
        </w:rPr>
      </w:pPr>
      <w:r w:rsidRPr="00616666">
        <w:rPr>
          <w:rFonts w:ascii="Times New Roman" w:hAnsi="Times New Roman" w:cs="Times New Roman"/>
          <w:color w:val="000000" w:themeColor="text1"/>
        </w:rPr>
        <w:t>4. Uso pedagógico de aparelhos eletrônicos</w:t>
      </w:r>
    </w:p>
    <w:p w14:paraId="6F1A5722"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Haverá necessidade de uso de aparelho eletrônico pessoal (celular, tablet ou equipamento similar)? ( ) Não  ( ) Sim</w:t>
      </w:r>
    </w:p>
    <w:p w14:paraId="608DB773"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Em caso afirmativo, justificar a finalidade pedagógica, indicar os tipos de uso, os momentos em que o equipamento será utilizado e a orientação/supervisão prevista: [JUSTIFICATIVA PEDAGÓGICA E PROCEDIMENTOS DE SUPERVISÃO]</w:t>
      </w:r>
    </w:p>
    <w:p w14:paraId="37C3999C"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5. Declaração da coordenação</w:t>
      </w:r>
    </w:p>
    <w:p w14:paraId="65E8BF8D"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Declaro que as atividades previstas possuem finalidade educativa e formativa, estão relacionadas aos objetivos do projeto, são compatíveis com a jornada acadêmica do(a) estudante e ocorrerão sob supervisão efetiva de servidor(a) integrante da equipe. Comprometo-me a comunicar previamente ao responsável legal alterações relevantes e a não permitir a realização desacompanhada de atividades pelo(a) estudante.</w:t>
      </w:r>
    </w:p>
    <w:p w14:paraId="2D0961CF"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[CIDADE], ____ de __________________ de ______.</w:t>
      </w:r>
    </w:p>
    <w:p w14:paraId="5BFA1704"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2451E5F9"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ASSINATURA DO(A) COORDENADOR(A) DO PROJETO</w:t>
      </w:r>
    </w:p>
    <w:p w14:paraId="74F03C0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______________________________</w:t>
      </w:r>
    </w:p>
    <w:p w14:paraId="3F3C9A36"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12F4DB38"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CIÊNCIA DO(A) ESTUDANTE</w:t>
      </w:r>
    </w:p>
    <w:p w14:paraId="568A9F67"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______________________________</w:t>
      </w:r>
    </w:p>
    <w:p w14:paraId="1F1204C4"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114D9E96"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CIÊNCIA DO(A) RESPONSÁVEL LEGAL</w:t>
      </w:r>
    </w:p>
    <w:p w14:paraId="69C989A0"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______________________________</w:t>
      </w:r>
    </w:p>
    <w:p w14:paraId="73B1B49C" w14:textId="77777777" w:rsidR="00B83BFC" w:rsidRPr="00F726C5" w:rsidRDefault="00000000">
      <w:pPr>
        <w:rPr>
          <w:rFonts w:ascii="Times New Roman" w:hAnsi="Times New Roman" w:cs="Times New Roman"/>
          <w:color w:val="000000" w:themeColor="text1"/>
        </w:rPr>
      </w:pPr>
      <w:r w:rsidRPr="00F726C5">
        <w:rPr>
          <w:rFonts w:ascii="Times New Roman" w:hAnsi="Times New Roman" w:cs="Times New Roman"/>
          <w:color w:val="000000" w:themeColor="text1"/>
        </w:rPr>
        <w:br w:type="page"/>
      </w:r>
    </w:p>
    <w:p w14:paraId="036ABDAF"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0"/>
        </w:rPr>
        <w:lastRenderedPageBreak/>
        <w:t>INSTITUTO FEDERAL DE EDUCAÇÃO, CIÊNCIA E TECNOLOGIA DO CEARÁ</w:t>
      </w:r>
    </w:p>
    <w:p w14:paraId="30FBA38A"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b/>
          <w:color w:val="000000" w:themeColor="text1"/>
          <w:sz w:val="28"/>
        </w:rPr>
        <w:t>AUTORIZAÇÃO ESPECÍFICA PARA ATIVIDADE EXTERNA, DESLOCAMENTO OU PARTICIPAÇÃO EM EVENTO</w:t>
      </w:r>
    </w:p>
    <w:p w14:paraId="40BDAB1E"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i/>
          <w:color w:val="000000" w:themeColor="text1"/>
        </w:rPr>
        <w:t>Estudante menor de idade participante de projeto de extensão</w:t>
      </w:r>
    </w:p>
    <w:p w14:paraId="475A6A66"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ORIENTAÇÃO DE PREENCHIMENTO: emitir uma autorização para cada atividade externa ou evento. Se houver alteração de data, horário, destino, percurso, meio de transporte ou pernoite, emitir novo documento.</w:t>
      </w:r>
    </w:p>
    <w:p w14:paraId="72B0B659"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Projeto de extensão: </w:t>
      </w:r>
      <w:r w:rsidRPr="00F726C5">
        <w:rPr>
          <w:rFonts w:ascii="Times New Roman" w:hAnsi="Times New Roman" w:cs="Times New Roman"/>
          <w:color w:val="000000" w:themeColor="text1"/>
        </w:rPr>
        <w:t>[NOME DO PROJETO]</w:t>
      </w:r>
    </w:p>
    <w:p w14:paraId="005078BC"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Campus: </w:t>
      </w:r>
      <w:r w:rsidRPr="00F726C5">
        <w:rPr>
          <w:rFonts w:ascii="Times New Roman" w:hAnsi="Times New Roman" w:cs="Times New Roman"/>
          <w:color w:val="000000" w:themeColor="text1"/>
        </w:rPr>
        <w:t>[CAMPUS]</w:t>
      </w:r>
    </w:p>
    <w:p w14:paraId="2A347647"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Estudante: </w:t>
      </w:r>
      <w:r w:rsidRPr="00F726C5">
        <w:rPr>
          <w:rFonts w:ascii="Times New Roman" w:hAnsi="Times New Roman" w:cs="Times New Roman"/>
          <w:color w:val="000000" w:themeColor="text1"/>
        </w:rPr>
        <w:t>[NOME COMPLETO]</w:t>
      </w:r>
    </w:p>
    <w:p w14:paraId="39AA3B31"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Data de nascimento/idade: </w:t>
      </w:r>
      <w:r w:rsidRPr="00F726C5">
        <w:rPr>
          <w:rFonts w:ascii="Times New Roman" w:hAnsi="Times New Roman" w:cs="Times New Roman"/>
          <w:color w:val="000000" w:themeColor="text1"/>
        </w:rPr>
        <w:t>[DD/MM/AAAA] - [IDADE] anos</w:t>
      </w:r>
    </w:p>
    <w:p w14:paraId="52AD8DE8"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Responsável legal: </w:t>
      </w:r>
      <w:r w:rsidRPr="00F726C5">
        <w:rPr>
          <w:rFonts w:ascii="Times New Roman" w:hAnsi="Times New Roman" w:cs="Times New Roman"/>
          <w:color w:val="000000" w:themeColor="text1"/>
        </w:rPr>
        <w:t>[NOME COMPLETO]</w:t>
      </w:r>
    </w:p>
    <w:p w14:paraId="6729E594"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1. Identificação da atividade</w:t>
      </w:r>
    </w:p>
    <w:p w14:paraId="4D5958F9"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Atividade/evento: </w:t>
      </w:r>
      <w:r w:rsidRPr="00F726C5">
        <w:rPr>
          <w:rFonts w:ascii="Times New Roman" w:hAnsi="Times New Roman" w:cs="Times New Roman"/>
          <w:color w:val="000000" w:themeColor="text1"/>
        </w:rPr>
        <w:t>[NOME]</w:t>
      </w:r>
    </w:p>
    <w:p w14:paraId="77B72C1C"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Data: </w:t>
      </w:r>
      <w:r w:rsidRPr="00F726C5">
        <w:rPr>
          <w:rFonts w:ascii="Times New Roman" w:hAnsi="Times New Roman" w:cs="Times New Roman"/>
          <w:color w:val="000000" w:themeColor="text1"/>
        </w:rPr>
        <w:t>[DD/MM/AAAA]</w:t>
      </w:r>
    </w:p>
    <w:p w14:paraId="49241E57"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Horário de saída: </w:t>
      </w:r>
      <w:r w:rsidRPr="00F726C5">
        <w:rPr>
          <w:rFonts w:ascii="Times New Roman" w:hAnsi="Times New Roman" w:cs="Times New Roman"/>
          <w:color w:val="000000" w:themeColor="text1"/>
        </w:rPr>
        <w:t>[HH:MM]</w:t>
      </w:r>
    </w:p>
    <w:p w14:paraId="09ACC64D"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Horário previsto de retorno: </w:t>
      </w:r>
      <w:r w:rsidRPr="00F726C5">
        <w:rPr>
          <w:rFonts w:ascii="Times New Roman" w:hAnsi="Times New Roman" w:cs="Times New Roman"/>
          <w:color w:val="000000" w:themeColor="text1"/>
        </w:rPr>
        <w:t>[HH:MM]</w:t>
      </w:r>
    </w:p>
    <w:p w14:paraId="44403185"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Local de realização: </w:t>
      </w:r>
      <w:r w:rsidRPr="00F726C5">
        <w:rPr>
          <w:rFonts w:ascii="Times New Roman" w:hAnsi="Times New Roman" w:cs="Times New Roman"/>
          <w:color w:val="000000" w:themeColor="text1"/>
        </w:rPr>
        <w:t>[LOCAL]</w:t>
      </w:r>
    </w:p>
    <w:p w14:paraId="6DB881F9"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Endereço/município: </w:t>
      </w:r>
      <w:r w:rsidRPr="00F726C5">
        <w:rPr>
          <w:rFonts w:ascii="Times New Roman" w:hAnsi="Times New Roman" w:cs="Times New Roman"/>
          <w:color w:val="000000" w:themeColor="text1"/>
        </w:rPr>
        <w:t>[ENDEREÇO E MUNICÍPIO]</w:t>
      </w:r>
    </w:p>
    <w:p w14:paraId="5A5F124F"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Objetivo da participação: </w:t>
      </w:r>
      <w:r w:rsidRPr="00F726C5">
        <w:rPr>
          <w:rFonts w:ascii="Times New Roman" w:hAnsi="Times New Roman" w:cs="Times New Roman"/>
          <w:color w:val="000000" w:themeColor="text1"/>
        </w:rPr>
        <w:t>[OBJETIVO]</w:t>
      </w:r>
    </w:p>
    <w:p w14:paraId="0C4E4D6C"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2. Deslocamento, acompanhamento e proteção</w:t>
      </w:r>
    </w:p>
    <w:p w14:paraId="32FCF137"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Ponto de saída e retorno: </w:t>
      </w:r>
      <w:r w:rsidRPr="00F726C5">
        <w:rPr>
          <w:rFonts w:ascii="Times New Roman" w:hAnsi="Times New Roman" w:cs="Times New Roman"/>
          <w:color w:val="000000" w:themeColor="text1"/>
        </w:rPr>
        <w:t>[LOCAL]</w:t>
      </w:r>
    </w:p>
    <w:p w14:paraId="2CBEA1AD"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Meio de transporte: </w:t>
      </w:r>
      <w:r w:rsidRPr="00F726C5">
        <w:rPr>
          <w:rFonts w:ascii="Times New Roman" w:hAnsi="Times New Roman" w:cs="Times New Roman"/>
          <w:color w:val="000000" w:themeColor="text1"/>
        </w:rPr>
        <w:t>[A PÉ/VEÍCULO OFICIAL/ÔNIBUS/OUTRO]</w:t>
      </w:r>
    </w:p>
    <w:p w14:paraId="284D2365"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Servidor(a)(es) responsável(is) pelo acompanhamento: </w:t>
      </w:r>
      <w:r w:rsidRPr="00F726C5">
        <w:rPr>
          <w:rFonts w:ascii="Times New Roman" w:hAnsi="Times New Roman" w:cs="Times New Roman"/>
          <w:color w:val="000000" w:themeColor="text1"/>
        </w:rPr>
        <w:t>[NOME(S), CARGO(S) E TELEFONE(S)]</w:t>
      </w:r>
    </w:p>
    <w:p w14:paraId="3253A05A"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Seguro estudantil: </w:t>
      </w:r>
      <w:r w:rsidRPr="00F726C5">
        <w:rPr>
          <w:rFonts w:ascii="Times New Roman" w:hAnsi="Times New Roman" w:cs="Times New Roman"/>
          <w:color w:val="000000" w:themeColor="text1"/>
        </w:rPr>
        <w:t>[NÚMERO DA APÓLICE/COBERTURA OU “NÃO APLICÁVEL”]</w:t>
      </w:r>
    </w:p>
    <w:p w14:paraId="4D3B5B2F"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Haverá pernoite?: </w:t>
      </w:r>
      <w:r w:rsidRPr="00F726C5">
        <w:rPr>
          <w:rFonts w:ascii="Times New Roman" w:hAnsi="Times New Roman" w:cs="Times New Roman"/>
          <w:color w:val="000000" w:themeColor="text1"/>
        </w:rPr>
        <w:t>( ) Não  ( ) Sim. Local: [__________] Responsável: [__________]</w:t>
      </w:r>
    </w:p>
    <w:p w14:paraId="792606A4"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Exige autorização judicial nos termos do art. 83 do ECA?: </w:t>
      </w:r>
      <w:r w:rsidRPr="00F726C5">
        <w:rPr>
          <w:rFonts w:ascii="Times New Roman" w:hAnsi="Times New Roman" w:cs="Times New Roman"/>
          <w:color w:val="000000" w:themeColor="text1"/>
        </w:rPr>
        <w:t>( ) Não  ( ) Sim - providência: [__________]</w:t>
      </w:r>
    </w:p>
    <w:p w14:paraId="42D9C959" w14:textId="77777777" w:rsidR="00B83BFC" w:rsidRPr="00F726C5" w:rsidRDefault="00000000">
      <w:pPr>
        <w:pStyle w:val="Ttulo2"/>
        <w:rPr>
          <w:rFonts w:ascii="Times New Roman" w:hAnsi="Times New Roman" w:cs="Times New Roman"/>
          <w:color w:val="000000" w:themeColor="text1"/>
        </w:rPr>
      </w:pPr>
      <w:r w:rsidRPr="00F726C5">
        <w:rPr>
          <w:rFonts w:ascii="Times New Roman" w:hAnsi="Times New Roman" w:cs="Times New Roman"/>
          <w:color w:val="000000" w:themeColor="text1"/>
        </w:rPr>
        <w:t>3. Autorização do responsável legal</w:t>
      </w:r>
    </w:p>
    <w:p w14:paraId="380E3A44"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Eu, [NOME DO(A) RESPONSÁVEL LEGAL], CPF nº [CPF], na condição de responsável legal pelo(a) estudante acima identificado(a), declaro ter recebido todas as informações sobre a atividade e autorizo sua participação, inclusive no deslocamento descrito neste documento. Declaro ciência de que o(a) estudante será acompanhado(a) pelos responsáveis indicados e de que qualquer ocorrência relevante será comunicada ao contato informado abaixo.</w:t>
      </w:r>
    </w:p>
    <w:p w14:paraId="14DE21DD"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Telefone principal para contato durante a atividade: </w:t>
      </w:r>
      <w:r w:rsidRPr="00F726C5">
        <w:rPr>
          <w:rFonts w:ascii="Times New Roman" w:hAnsi="Times New Roman" w:cs="Times New Roman"/>
          <w:color w:val="000000" w:themeColor="text1"/>
        </w:rPr>
        <w:t>[DDD] [NÚMERO]</w:t>
      </w:r>
    </w:p>
    <w:p w14:paraId="28C5E8FD"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Telefone alternativo: </w:t>
      </w:r>
      <w:r w:rsidRPr="00F726C5">
        <w:rPr>
          <w:rFonts w:ascii="Times New Roman" w:hAnsi="Times New Roman" w:cs="Times New Roman"/>
          <w:color w:val="000000" w:themeColor="text1"/>
        </w:rPr>
        <w:t>[DDD] [NÚMERO]</w:t>
      </w:r>
    </w:p>
    <w:p w14:paraId="4B87F33F" w14:textId="77777777" w:rsidR="00B83BFC" w:rsidRPr="00F726C5" w:rsidRDefault="00000000">
      <w:pPr>
        <w:spacing w:after="40"/>
        <w:rPr>
          <w:rFonts w:ascii="Times New Roman" w:hAnsi="Times New Roman" w:cs="Times New Roman"/>
          <w:color w:val="000000" w:themeColor="text1"/>
        </w:rPr>
      </w:pPr>
      <w:r w:rsidRPr="00F726C5">
        <w:rPr>
          <w:rFonts w:ascii="Times New Roman" w:hAnsi="Times New Roman" w:cs="Times New Roman"/>
          <w:b/>
          <w:color w:val="000000" w:themeColor="text1"/>
        </w:rPr>
        <w:t xml:space="preserve">Informação de saúde ou necessidade de apoio relevante (opcional): </w:t>
      </w:r>
      <w:r w:rsidRPr="00F726C5">
        <w:rPr>
          <w:rFonts w:ascii="Times New Roman" w:hAnsi="Times New Roman" w:cs="Times New Roman"/>
          <w:color w:val="000000" w:themeColor="text1"/>
        </w:rPr>
        <w:t>[INFORMAR OU DECLARAR “NÃO HÁ”]</w:t>
      </w:r>
    </w:p>
    <w:p w14:paraId="398BA0B6" w14:textId="77777777" w:rsidR="00B83BFC" w:rsidRPr="00F726C5" w:rsidRDefault="00000000">
      <w:pPr>
        <w:spacing w:after="100"/>
        <w:rPr>
          <w:rFonts w:ascii="Times New Roman" w:hAnsi="Times New Roman" w:cs="Times New Roman"/>
          <w:color w:val="000000" w:themeColor="text1"/>
        </w:rPr>
      </w:pPr>
      <w:r w:rsidRPr="00F726C5">
        <w:rPr>
          <w:rFonts w:ascii="Times New Roman" w:hAnsi="Times New Roman" w:cs="Times New Roman"/>
          <w:color w:val="000000" w:themeColor="text1"/>
        </w:rPr>
        <w:t>[CIDADE], ____ de __________________ de ______.</w:t>
      </w:r>
    </w:p>
    <w:p w14:paraId="3CA14461"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11C9040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lastRenderedPageBreak/>
        <w:t>ASSINATURA DO(A) RESPONSÁVEL LEGAL</w:t>
      </w:r>
    </w:p>
    <w:p w14:paraId="67AD0CC9"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______________________________</w:t>
      </w:r>
    </w:p>
    <w:p w14:paraId="74D05F58"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br/>
        <w:t>____________________________________________________________</w:t>
      </w:r>
    </w:p>
    <w:p w14:paraId="78E6BB7C" w14:textId="77777777" w:rsidR="00B83BFC" w:rsidRPr="00F726C5" w:rsidRDefault="00000000">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ASSINATURA DO(A) COORDENADOR(A) / RESPONSÁVEL PELA ATIVIDADE</w:t>
      </w:r>
    </w:p>
    <w:p w14:paraId="6FA06019" w14:textId="43CE060A" w:rsidR="00B83BFC" w:rsidRPr="00F726C5" w:rsidRDefault="00000000" w:rsidP="000324AF">
      <w:pPr>
        <w:jc w:val="center"/>
        <w:rPr>
          <w:rFonts w:ascii="Times New Roman" w:hAnsi="Times New Roman" w:cs="Times New Roman"/>
          <w:color w:val="000000" w:themeColor="text1"/>
        </w:rPr>
      </w:pPr>
      <w:r w:rsidRPr="00F726C5">
        <w:rPr>
          <w:rFonts w:ascii="Times New Roman" w:hAnsi="Times New Roman" w:cs="Times New Roman"/>
          <w:color w:val="000000" w:themeColor="text1"/>
        </w:rPr>
        <w:t>Nome: ____________________________________  CPF: ____________________________</w:t>
      </w:r>
    </w:p>
    <w:sectPr w:rsidR="00B83BFC" w:rsidRPr="00F726C5" w:rsidSect="00034616">
      <w:head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887E" w14:textId="77777777" w:rsidR="00224AE2" w:rsidRDefault="00224AE2" w:rsidP="008526A9">
      <w:pPr>
        <w:spacing w:after="0" w:line="240" w:lineRule="auto"/>
      </w:pPr>
      <w:r>
        <w:separator/>
      </w:r>
    </w:p>
  </w:endnote>
  <w:endnote w:type="continuationSeparator" w:id="0">
    <w:p w14:paraId="19A1E119" w14:textId="77777777" w:rsidR="00224AE2" w:rsidRDefault="00224AE2" w:rsidP="00852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D391D" w14:textId="77777777" w:rsidR="00224AE2" w:rsidRDefault="00224AE2" w:rsidP="008526A9">
      <w:pPr>
        <w:spacing w:after="0" w:line="240" w:lineRule="auto"/>
      </w:pPr>
      <w:r>
        <w:separator/>
      </w:r>
    </w:p>
  </w:footnote>
  <w:footnote w:type="continuationSeparator" w:id="0">
    <w:p w14:paraId="2590AD76" w14:textId="77777777" w:rsidR="00224AE2" w:rsidRDefault="00224AE2" w:rsidP="00852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0384" w14:textId="055357D4" w:rsidR="008526A9" w:rsidRDefault="008526A9" w:rsidP="008526A9">
    <w:pPr>
      <w:pStyle w:val="NormalWeb"/>
      <w:spacing w:before="0" w:beforeAutospacing="0" w:after="0" w:afterAutospacing="0"/>
      <w:jc w:val="center"/>
      <w:rPr>
        <w:color w:val="000000"/>
        <w:sz w:val="20"/>
        <w:szCs w:val="20"/>
      </w:rPr>
    </w:pPr>
    <w:r>
      <w:rPr>
        <w:noProof/>
        <w:color w:val="000000"/>
        <w:sz w:val="20"/>
        <w:szCs w:val="20"/>
      </w:rPr>
      <w:drawing>
        <wp:inline distT="0" distB="0" distL="0" distR="0" wp14:anchorId="355C8599" wp14:editId="44F1A4FD">
          <wp:extent cx="266700" cy="266700"/>
          <wp:effectExtent l="0" t="0" r="0" b="0"/>
          <wp:docPr id="854351052" name="Imagem 2" descr="Ti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mb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p w14:paraId="3259BCFD" w14:textId="77777777" w:rsidR="008526A9" w:rsidRDefault="008526A9" w:rsidP="008526A9">
    <w:pPr>
      <w:pStyle w:val="NormalWeb"/>
      <w:spacing w:before="0" w:beforeAutospacing="0" w:after="0" w:afterAutospacing="0"/>
      <w:jc w:val="center"/>
      <w:rPr>
        <w:color w:val="000000"/>
        <w:sz w:val="20"/>
        <w:szCs w:val="20"/>
      </w:rPr>
    </w:pPr>
    <w:r>
      <w:rPr>
        <w:color w:val="000000"/>
        <w:sz w:val="20"/>
        <w:szCs w:val="20"/>
      </w:rPr>
      <w:t>MINISTÉRIO DA EDUCAÇÃO</w:t>
    </w:r>
  </w:p>
  <w:p w14:paraId="37B40E2D" w14:textId="77777777" w:rsidR="008526A9" w:rsidRDefault="008526A9" w:rsidP="008526A9">
    <w:pPr>
      <w:pStyle w:val="NormalWeb"/>
      <w:spacing w:before="0" w:beforeAutospacing="0" w:after="0" w:afterAutospacing="0"/>
      <w:jc w:val="center"/>
      <w:rPr>
        <w:color w:val="000000"/>
        <w:sz w:val="20"/>
        <w:szCs w:val="20"/>
      </w:rPr>
    </w:pPr>
    <w:r>
      <w:rPr>
        <w:color w:val="000000"/>
        <w:sz w:val="20"/>
        <w:szCs w:val="20"/>
      </w:rPr>
      <w:t>INSTITUTO FEDERAL DE EDUCAÇÃO, CIÊNCIA E TECNOLOGIA DO CEARÁ</w:t>
    </w:r>
  </w:p>
  <w:p w14:paraId="1190AD24" w14:textId="77777777" w:rsidR="008526A9" w:rsidRDefault="008526A9" w:rsidP="008526A9">
    <w:pPr>
      <w:pStyle w:val="NormalWeb"/>
      <w:spacing w:before="0" w:beforeAutospacing="0" w:after="0" w:afterAutospacing="0"/>
      <w:jc w:val="center"/>
      <w:rPr>
        <w:color w:val="000000"/>
        <w:sz w:val="18"/>
        <w:szCs w:val="18"/>
      </w:rPr>
    </w:pPr>
    <w:r>
      <w:rPr>
        <w:color w:val="000000"/>
        <w:sz w:val="18"/>
        <w:szCs w:val="18"/>
      </w:rPr>
      <w:t xml:space="preserve">Rua Jorge </w:t>
    </w:r>
    <w:proofErr w:type="spellStart"/>
    <w:r>
      <w:rPr>
        <w:color w:val="000000"/>
        <w:sz w:val="18"/>
        <w:szCs w:val="18"/>
      </w:rPr>
      <w:t>Dumar</w:t>
    </w:r>
    <w:proofErr w:type="spellEnd"/>
    <w:r>
      <w:rPr>
        <w:color w:val="000000"/>
        <w:sz w:val="18"/>
        <w:szCs w:val="18"/>
      </w:rPr>
      <w:t>, 1703 - Bairro Jardim América - CEP 60410-426 - Fortaleza - CE - www.ifce.edu.br</w:t>
    </w:r>
  </w:p>
  <w:p w14:paraId="13D6B540" w14:textId="4BE1ED61" w:rsidR="008526A9" w:rsidRPr="008526A9" w:rsidRDefault="008526A9" w:rsidP="008526A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9C18DA1C"/>
    <w:lvl w:ilvl="0">
      <w:start w:val="1"/>
      <w:numFmt w:val="bullet"/>
      <w:pStyle w:val="Commarcadores"/>
      <w:lvlText w:val=""/>
      <w:lvlJc w:val="left"/>
      <w:pPr>
        <w:tabs>
          <w:tab w:val="num" w:pos="360"/>
        </w:tabs>
        <w:ind w:left="360" w:hanging="360"/>
      </w:pPr>
      <w:rPr>
        <w:rFonts w:ascii="Symbol" w:hAnsi="Symbol" w:hint="default"/>
      </w:rPr>
    </w:lvl>
  </w:abstractNum>
  <w:num w:numId="1" w16cid:durableId="433674305">
    <w:abstractNumId w:val="8"/>
  </w:num>
  <w:num w:numId="2" w16cid:durableId="644237614">
    <w:abstractNumId w:val="6"/>
  </w:num>
  <w:num w:numId="3" w16cid:durableId="873269625">
    <w:abstractNumId w:val="5"/>
  </w:num>
  <w:num w:numId="4" w16cid:durableId="1939749566">
    <w:abstractNumId w:val="4"/>
  </w:num>
  <w:num w:numId="5" w16cid:durableId="953514070">
    <w:abstractNumId w:val="7"/>
  </w:num>
  <w:num w:numId="6" w16cid:durableId="1129587126">
    <w:abstractNumId w:val="3"/>
  </w:num>
  <w:num w:numId="7" w16cid:durableId="1809203601">
    <w:abstractNumId w:val="2"/>
  </w:num>
  <w:num w:numId="8" w16cid:durableId="930703450">
    <w:abstractNumId w:val="1"/>
  </w:num>
  <w:num w:numId="9" w16cid:durableId="1813450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4AF"/>
    <w:rsid w:val="00034616"/>
    <w:rsid w:val="0006063C"/>
    <w:rsid w:val="0015074B"/>
    <w:rsid w:val="00224AE2"/>
    <w:rsid w:val="0029639D"/>
    <w:rsid w:val="00326F90"/>
    <w:rsid w:val="00616666"/>
    <w:rsid w:val="00807322"/>
    <w:rsid w:val="008526A9"/>
    <w:rsid w:val="00AA1D8D"/>
    <w:rsid w:val="00B47730"/>
    <w:rsid w:val="00B83BFC"/>
    <w:rsid w:val="00CB0664"/>
    <w:rsid w:val="00CE518D"/>
    <w:rsid w:val="00F726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0CEEBB"/>
  <w14:defaultImageDpi w14:val="300"/>
  <w15:docId w15:val="{47EF820B-B9AD-4C65-A482-345C6E5E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616666"/>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1551</Words>
  <Characters>8377</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Emanuel Araujo Bezerra</cp:lastModifiedBy>
  <cp:revision>5</cp:revision>
  <dcterms:created xsi:type="dcterms:W3CDTF">2013-12-23T23:15:00Z</dcterms:created>
  <dcterms:modified xsi:type="dcterms:W3CDTF">2026-09-04T18:52:00Z</dcterms:modified>
  <cp:category/>
</cp:coreProperties>
</file>